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5BDF4" w14:textId="77777777" w:rsidR="00E508D8" w:rsidRDefault="00E162D1">
      <w:pPr>
        <w:jc w:val="center"/>
      </w:pPr>
      <w:r>
        <w:rPr>
          <w:b/>
          <w:sz w:val="30"/>
        </w:rPr>
        <w:t>ČESTNÉ VYHLÁSENIE</w:t>
      </w:r>
    </w:p>
    <w:p w14:paraId="57853618" w14:textId="77777777" w:rsidR="00E508D8" w:rsidRDefault="00E162D1">
      <w:pPr>
        <w:jc w:val="center"/>
      </w:pPr>
      <w:r>
        <w:rPr>
          <w:b/>
          <w:sz w:val="22"/>
        </w:rPr>
        <w:t>pre školský rok 2026/2027</w:t>
      </w:r>
    </w:p>
    <w:p w14:paraId="1A38DE95" w14:textId="77777777" w:rsidR="00B30158" w:rsidRDefault="00E162D1">
      <w:pPr>
        <w:jc w:val="both"/>
      </w:pPr>
      <w:r>
        <w:rPr>
          <w:b/>
        </w:rPr>
        <w:t xml:space="preserve">Dolu podpísaný/á, </w:t>
      </w:r>
      <w:r>
        <w:t xml:space="preserve">priezvisko a meno zákonného zástupcu: </w:t>
      </w:r>
    </w:p>
    <w:p w14:paraId="2C792BAF" w14:textId="01ADEBF7" w:rsidR="00E508D8" w:rsidRDefault="00E162D1">
      <w:pPr>
        <w:jc w:val="both"/>
      </w:pPr>
      <w:r>
        <w:t>................................................................................................................</w:t>
      </w:r>
      <w:r w:rsidR="00E636D8">
        <w:t>.........................................................................</w:t>
      </w:r>
    </w:p>
    <w:p w14:paraId="3F8DA0CE" w14:textId="77777777" w:rsidR="00E508D8" w:rsidRDefault="00E162D1">
      <w:pPr>
        <w:jc w:val="both"/>
      </w:pPr>
      <w:r>
        <w:t xml:space="preserve">podľa § 37 písm. d) v spojení s § 35 ods. 5 zákona č. 322/2025 Z. z. o financovaní škôl a školských zariadení čestne vyhlasujem, že súhlasím so započítaním môjho dieťaťa do zberu údajov na účely poskytovania finančných prostriedkov na záujmové vzdelávanie </w:t>
      </w:r>
      <w:r>
        <w:t>len jednému zriaďovateľovi súkromného centra voľného času rovnakého druhu, a to:</w:t>
      </w:r>
    </w:p>
    <w:p w14:paraId="375EDC92" w14:textId="77777777" w:rsidR="00E508D8" w:rsidRDefault="00E162D1">
      <w:pPr>
        <w:jc w:val="center"/>
      </w:pPr>
      <w:r>
        <w:rPr>
          <w:b/>
        </w:rPr>
        <w:t>Súkromné centrum voľného času ASSOS Nelux Bratislava</w:t>
      </w:r>
    </w:p>
    <w:p w14:paraId="4D40AFCB" w14:textId="77777777" w:rsidR="00E508D8" w:rsidRDefault="00E162D1">
      <w:pPr>
        <w:jc w:val="center"/>
      </w:pPr>
      <w:r>
        <w:rPr>
          <w:b/>
        </w:rPr>
        <w:t>Bajzova 10, 821 08 Bratislava, IČO: 42264294</w:t>
      </w:r>
    </w:p>
    <w:p w14:paraId="45A4E805" w14:textId="77777777" w:rsidR="00E508D8" w:rsidRDefault="00E162D1">
      <w:r>
        <w:rPr>
          <w:b/>
          <w:sz w:val="22"/>
        </w:rPr>
        <w:t>IDENTIFIKAČNÉ ÚDAJE O DIEŤATI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5669"/>
      </w:tblGrid>
      <w:tr w:rsidR="00E508D8" w14:paraId="2EA5304D" w14:textId="77777777">
        <w:trPr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6265E985" w14:textId="77777777" w:rsidR="00E508D8" w:rsidRDefault="00E162D1">
            <w:pPr>
              <w:spacing w:after="40"/>
            </w:pPr>
            <w:r>
              <w:rPr>
                <w:sz w:val="20"/>
              </w:rPr>
              <w:t>Priezvisko a meno dieťaťa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7ABC8E1F" w14:textId="15F1C161" w:rsidR="00E508D8" w:rsidRDefault="00E508D8">
            <w:pPr>
              <w:spacing w:after="40"/>
            </w:pPr>
          </w:p>
        </w:tc>
      </w:tr>
      <w:tr w:rsidR="00E508D8" w14:paraId="5E13827E" w14:textId="77777777">
        <w:trPr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23AC953" w14:textId="77777777" w:rsidR="00E508D8" w:rsidRDefault="00E162D1">
            <w:pPr>
              <w:spacing w:after="40"/>
            </w:pPr>
            <w:r>
              <w:rPr>
                <w:sz w:val="20"/>
              </w:rPr>
              <w:t>Dátum narodenia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744A3656" w14:textId="769467B9" w:rsidR="00E508D8" w:rsidRDefault="00E508D8">
            <w:pPr>
              <w:spacing w:after="40"/>
            </w:pPr>
          </w:p>
        </w:tc>
      </w:tr>
      <w:tr w:rsidR="00E508D8" w14:paraId="0F189F8F" w14:textId="77777777">
        <w:trPr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D82025A" w14:textId="77777777" w:rsidR="00E508D8" w:rsidRDefault="00E162D1">
            <w:pPr>
              <w:spacing w:after="40"/>
            </w:pPr>
            <w:r>
              <w:rPr>
                <w:sz w:val="20"/>
              </w:rPr>
              <w:t>Adresa pobytu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6FA103B8" w14:textId="365C1AF8" w:rsidR="00E508D8" w:rsidRDefault="00E508D8">
            <w:pPr>
              <w:spacing w:after="40"/>
            </w:pPr>
          </w:p>
        </w:tc>
      </w:tr>
      <w:tr w:rsidR="00E508D8" w14:paraId="3EF07B57" w14:textId="77777777">
        <w:trPr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EADF236" w14:textId="77777777" w:rsidR="00E508D8" w:rsidRDefault="00E162D1">
            <w:pPr>
              <w:spacing w:after="40"/>
            </w:pPr>
            <w:r>
              <w:rPr>
                <w:sz w:val="20"/>
              </w:rPr>
              <w:t>Druh pobytu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231E37A" w14:textId="77777777" w:rsidR="00E508D8" w:rsidRDefault="00E162D1">
            <w:pPr>
              <w:spacing w:after="40"/>
            </w:pPr>
            <w:r>
              <w:rPr>
                <w:sz w:val="20"/>
              </w:rPr>
              <w:t>☐</w:t>
            </w:r>
            <w:r>
              <w:rPr>
                <w:sz w:val="20"/>
              </w:rPr>
              <w:t xml:space="preserve"> trvalý pobyt     ☐ iný pobyt</w:t>
            </w:r>
          </w:p>
        </w:tc>
      </w:tr>
    </w:tbl>
    <w:p w14:paraId="2AB87F0A" w14:textId="77777777" w:rsidR="00E508D8" w:rsidRDefault="00E162D1">
      <w:r>
        <w:rPr>
          <w:b/>
          <w:sz w:val="22"/>
        </w:rPr>
        <w:t>IDENTIFIKAČNÉ ÚDAJE O ZÁKONNOM ZÁSTUPCOVI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5669"/>
      </w:tblGrid>
      <w:tr w:rsidR="00E508D8" w14:paraId="13F20351" w14:textId="77777777">
        <w:trPr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02EE7296" w14:textId="77777777" w:rsidR="00E508D8" w:rsidRDefault="00E162D1">
            <w:pPr>
              <w:spacing w:after="40"/>
            </w:pPr>
            <w:r>
              <w:rPr>
                <w:sz w:val="20"/>
              </w:rPr>
              <w:t>Priezvisko a meno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0AE90B4" w14:textId="06837231" w:rsidR="00E508D8" w:rsidRDefault="00E508D8">
            <w:pPr>
              <w:spacing w:after="40"/>
            </w:pPr>
          </w:p>
        </w:tc>
      </w:tr>
      <w:tr w:rsidR="00E508D8" w14:paraId="748289CE" w14:textId="77777777">
        <w:trPr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675EE33" w14:textId="77777777" w:rsidR="00E508D8" w:rsidRDefault="00E162D1">
            <w:pPr>
              <w:spacing w:after="40"/>
            </w:pPr>
            <w:r>
              <w:rPr>
                <w:sz w:val="20"/>
              </w:rPr>
              <w:t>Adresa pobytu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5400813" w14:textId="7BC069F6" w:rsidR="00E508D8" w:rsidRDefault="00E508D8">
            <w:pPr>
              <w:spacing w:after="40"/>
            </w:pPr>
          </w:p>
        </w:tc>
      </w:tr>
      <w:tr w:rsidR="00E508D8" w14:paraId="2ED9E37D" w14:textId="77777777">
        <w:trPr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EED99EC" w14:textId="77777777" w:rsidR="00E508D8" w:rsidRDefault="00E162D1">
            <w:pPr>
              <w:spacing w:after="40"/>
            </w:pPr>
            <w:r>
              <w:rPr>
                <w:sz w:val="20"/>
              </w:rPr>
              <w:t>Druh pobytu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0C36D6C4" w14:textId="77777777" w:rsidR="00E508D8" w:rsidRDefault="00E162D1">
            <w:pPr>
              <w:spacing w:after="40"/>
            </w:pPr>
            <w:r>
              <w:rPr>
                <w:sz w:val="20"/>
              </w:rPr>
              <w:t>☐</w:t>
            </w:r>
            <w:r>
              <w:rPr>
                <w:sz w:val="20"/>
              </w:rPr>
              <w:t xml:space="preserve"> trvalý pobyt     ☐ iný pobyt</w:t>
            </w:r>
          </w:p>
        </w:tc>
      </w:tr>
      <w:tr w:rsidR="00E508D8" w14:paraId="4EB2E1E4" w14:textId="77777777">
        <w:trPr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77F8F46B" w14:textId="77777777" w:rsidR="00E508D8" w:rsidRDefault="00E162D1">
            <w:pPr>
              <w:spacing w:after="40"/>
            </w:pPr>
            <w:r>
              <w:rPr>
                <w:sz w:val="20"/>
              </w:rPr>
              <w:t>Kontaktný údaj – telefón/e-mail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4C5AE0D" w14:textId="1FADE9FF" w:rsidR="00E508D8" w:rsidRDefault="00E508D8">
            <w:pPr>
              <w:spacing w:after="40"/>
            </w:pPr>
          </w:p>
        </w:tc>
      </w:tr>
    </w:tbl>
    <w:p w14:paraId="3F90D85F" w14:textId="77777777" w:rsidR="00E508D8" w:rsidRDefault="00E162D1">
      <w:r>
        <w:rPr>
          <w:b/>
          <w:sz w:val="22"/>
        </w:rPr>
        <w:t>ÚDAJE O ŠKOLSKOM ZARIADENÍ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5669"/>
      </w:tblGrid>
      <w:tr w:rsidR="00E508D8" w14:paraId="36928961" w14:textId="77777777">
        <w:trPr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2C9879C" w14:textId="77777777" w:rsidR="00E508D8" w:rsidRDefault="00E162D1">
            <w:pPr>
              <w:spacing w:after="40"/>
            </w:pPr>
            <w:r>
              <w:rPr>
                <w:sz w:val="20"/>
              </w:rPr>
              <w:t>Názov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78643001" w14:textId="77777777" w:rsidR="00E508D8" w:rsidRDefault="00E162D1">
            <w:pPr>
              <w:spacing w:after="40"/>
            </w:pPr>
            <w:r>
              <w:rPr>
                <w:sz w:val="20"/>
              </w:rPr>
              <w:t>Súkromné centrum voľného času ASSOS Nelux Bratislava</w:t>
            </w:r>
          </w:p>
        </w:tc>
      </w:tr>
      <w:tr w:rsidR="00E508D8" w14:paraId="7BFDBAA2" w14:textId="77777777">
        <w:trPr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EAD212F" w14:textId="77777777" w:rsidR="00E508D8" w:rsidRDefault="00E162D1">
            <w:pPr>
              <w:spacing w:after="40"/>
            </w:pPr>
            <w:r>
              <w:rPr>
                <w:sz w:val="20"/>
              </w:rPr>
              <w:t>Adresa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2DEE4D6" w14:textId="77777777" w:rsidR="00E508D8" w:rsidRDefault="00E162D1">
            <w:pPr>
              <w:spacing w:after="40"/>
            </w:pPr>
            <w:r>
              <w:rPr>
                <w:sz w:val="20"/>
              </w:rPr>
              <w:t>Bajzova 10, 821 08 Bratislava</w:t>
            </w:r>
          </w:p>
        </w:tc>
      </w:tr>
      <w:tr w:rsidR="00E508D8" w14:paraId="09F0B422" w14:textId="77777777">
        <w:trPr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FEDD156" w14:textId="77777777" w:rsidR="00E508D8" w:rsidRDefault="00E162D1">
            <w:pPr>
              <w:spacing w:after="40"/>
            </w:pPr>
            <w:r>
              <w:rPr>
                <w:sz w:val="20"/>
              </w:rPr>
              <w:t>IČO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7184AD13" w14:textId="77777777" w:rsidR="00E508D8" w:rsidRDefault="00E162D1">
            <w:pPr>
              <w:spacing w:after="40"/>
            </w:pPr>
            <w:r>
              <w:rPr>
                <w:sz w:val="20"/>
              </w:rPr>
              <w:t>42264294</w:t>
            </w:r>
          </w:p>
        </w:tc>
      </w:tr>
    </w:tbl>
    <w:p w14:paraId="723B2423" w14:textId="77777777" w:rsidR="00E508D8" w:rsidRDefault="00E162D1">
      <w:pPr>
        <w:jc w:val="both"/>
      </w:pPr>
      <w:r>
        <w:t xml:space="preserve">Čestne vyhlasujem, že súhlas na započítanie dieťaťa do zberu údajov bol poskytnutý </w:t>
      </w:r>
      <w:r>
        <w:rPr>
          <w:b/>
        </w:rPr>
        <w:t>len jednému zriaďovateľovi súkromného centra voľného času rovnakého druhu.</w:t>
      </w:r>
    </w:p>
    <w:p w14:paraId="61E63DDC" w14:textId="77777777" w:rsidR="00E508D8" w:rsidRDefault="00E162D1">
      <w:pPr>
        <w:jc w:val="both"/>
      </w:pPr>
      <w:r>
        <w:t>Vyhlasujem, že uvedené údaje sú pravdivé a úplné a som si vedomý/á právnych následkov uvedenia nepravdivých údajov.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E508D8" w14:paraId="53A6C745" w14:textId="77777777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7F3AADA" w14:textId="77777777" w:rsidR="00E508D8" w:rsidRDefault="00E162D1">
            <w:r>
              <w:t>V Bratislave dňa: ................................................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9EE3CFE" w14:textId="77777777" w:rsidR="00E508D8" w:rsidRDefault="00E508D8"/>
        </w:tc>
      </w:tr>
      <w:tr w:rsidR="00E508D8" w14:paraId="1FE0309A" w14:textId="77777777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0378A97" w14:textId="77777777" w:rsidR="00E508D8" w:rsidRDefault="00E508D8"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DCCAB9B" w14:textId="77777777" w:rsidR="00E508D8" w:rsidRDefault="00E162D1">
            <w:r>
              <w:t>Podpis zákonného zástupcu:</w:t>
            </w:r>
            <w:r>
              <w:br/>
            </w:r>
            <w:r>
              <w:br/>
              <w:t>..............................................................</w:t>
            </w:r>
          </w:p>
        </w:tc>
      </w:tr>
    </w:tbl>
    <w:p w14:paraId="58A9BE7D" w14:textId="77777777" w:rsidR="00E636D8" w:rsidRDefault="00E162D1" w:rsidP="00E636D8">
      <w:pPr>
        <w:spacing w:before="160"/>
      </w:pPr>
      <w:r>
        <w:rPr>
          <w:b/>
        </w:rPr>
        <w:t xml:space="preserve">Právny základ: </w:t>
      </w:r>
      <w:r>
        <w:t xml:space="preserve">zákon č. 322/2025 Z. z. o financovaní škôl a školských </w:t>
      </w:r>
      <w:proofErr w:type="spellStart"/>
      <w:r>
        <w:t>zariadení</w:t>
      </w:r>
      <w:proofErr w:type="spellEnd"/>
      <w:r>
        <w:t xml:space="preserve">, </w:t>
      </w:r>
      <w:proofErr w:type="spellStart"/>
      <w:r>
        <w:t>najmä</w:t>
      </w:r>
      <w:proofErr w:type="spellEnd"/>
      <w:r>
        <w:t xml:space="preserve"> §</w:t>
      </w:r>
      <w:r>
        <w:t xml:space="preserve"> </w:t>
      </w:r>
      <w:r>
        <w:t xml:space="preserve">35 </w:t>
      </w:r>
      <w:proofErr w:type="spellStart"/>
      <w:r>
        <w:t>ods</w:t>
      </w:r>
      <w:proofErr w:type="spellEnd"/>
      <w:r>
        <w:t>. 5 a §</w:t>
      </w:r>
      <w:r>
        <w:t xml:space="preserve"> </w:t>
      </w:r>
      <w:r>
        <w:t xml:space="preserve">37 </w:t>
      </w:r>
      <w:proofErr w:type="spellStart"/>
      <w:r>
        <w:t>p</w:t>
      </w:r>
      <w:r>
        <w:t>í</w:t>
      </w:r>
      <w:r>
        <w:t>s</w:t>
      </w:r>
      <w:r>
        <w:t>m</w:t>
      </w:r>
      <w:proofErr w:type="spellEnd"/>
      <w:r>
        <w:t>.</w:t>
      </w:r>
      <w:r>
        <w:t xml:space="preserve"> </w:t>
      </w:r>
      <w:r>
        <w:t>d</w:t>
      </w:r>
      <w:r>
        <w:t>).</w:t>
      </w:r>
    </w:p>
    <w:p w14:paraId="249FB36E" w14:textId="51B2EFE3" w:rsidR="00E508D8" w:rsidRDefault="00E162D1" w:rsidP="00E636D8">
      <w:pPr>
        <w:spacing w:before="160"/>
      </w:pPr>
      <w:proofErr w:type="spellStart"/>
      <w:r>
        <w:rPr>
          <w:b/>
        </w:rPr>
        <w:t>Poznámka</w:t>
      </w:r>
      <w:proofErr w:type="spellEnd"/>
      <w:r>
        <w:rPr>
          <w:b/>
        </w:rPr>
        <w:t xml:space="preserve"> pre </w:t>
      </w:r>
      <w:proofErr w:type="spellStart"/>
      <w:r>
        <w:rPr>
          <w:b/>
        </w:rPr>
        <w:t>administráciu</w:t>
      </w:r>
      <w:proofErr w:type="spellEnd"/>
      <w:r>
        <w:rPr>
          <w:b/>
        </w:rPr>
        <w:t xml:space="preserve">: </w:t>
      </w:r>
      <w:r>
        <w:t>Toto čestné vyhlásenie je formulované pre financovanie súkromného centra voľného času z prostriedkov vyššieho územného celku podľa § 37 písm. d), kde zákon výslovne odkazuje na postup a obsahové náležitosti podľa § 35 ods. 5.</w:t>
      </w:r>
    </w:p>
    <w:sectPr w:rsidR="00E508D8" w:rsidSect="00E636D8">
      <w:pgSz w:w="12240" w:h="15840"/>
      <w:pgMar w:top="680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6646287">
    <w:abstractNumId w:val="8"/>
  </w:num>
  <w:num w:numId="2" w16cid:durableId="382024719">
    <w:abstractNumId w:val="6"/>
  </w:num>
  <w:num w:numId="3" w16cid:durableId="335963350">
    <w:abstractNumId w:val="5"/>
  </w:num>
  <w:num w:numId="4" w16cid:durableId="1720739753">
    <w:abstractNumId w:val="4"/>
  </w:num>
  <w:num w:numId="5" w16cid:durableId="966810751">
    <w:abstractNumId w:val="7"/>
  </w:num>
  <w:num w:numId="6" w16cid:durableId="574976541">
    <w:abstractNumId w:val="3"/>
  </w:num>
  <w:num w:numId="7" w16cid:durableId="234750129">
    <w:abstractNumId w:val="2"/>
  </w:num>
  <w:num w:numId="8" w16cid:durableId="2059238534">
    <w:abstractNumId w:val="1"/>
  </w:num>
  <w:num w:numId="9" w16cid:durableId="46177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4BD9"/>
    <w:rsid w:val="00326F90"/>
    <w:rsid w:val="00AA1D8D"/>
    <w:rsid w:val="00B30158"/>
    <w:rsid w:val="00B47730"/>
    <w:rsid w:val="00CB0664"/>
    <w:rsid w:val="00E162D1"/>
    <w:rsid w:val="00E508D8"/>
    <w:rsid w:val="00E636D8"/>
    <w:rsid w:val="00EC5F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DDF0B24-48D8-4D96-8D8E-36C75D8D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Luca F</cp:lastModifiedBy>
  <cp:revision>4</cp:revision>
  <dcterms:created xsi:type="dcterms:W3CDTF">2013-12-23T23:15:00Z</dcterms:created>
  <dcterms:modified xsi:type="dcterms:W3CDTF">2026-08-28T14:22:00Z</dcterms:modified>
  <cp:category/>
</cp:coreProperties>
</file>